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i w:val="0"/>
          <w:color w:val="C8A03C"/>
          <w:sz w:val="32"/>
        </w:rPr>
        <w:t>ILAAN PARIS LUXURY</w:t>
      </w:r>
    </w:p>
    <w:p>
      <w:pPr>
        <w:jc w:val="center"/>
      </w:pPr>
      <w:r>
        <w:rPr>
          <w:b w:val="0"/>
          <w:i w:val="0"/>
          <w:color w:val="1A1A1A"/>
          <w:sz w:val="20"/>
        </w:rPr>
        <w:t>EAU DE PARFUM</w:t>
      </w:r>
    </w:p>
    <w:p/>
    <w:p>
      <w:pPr>
        <w:jc w:val="center"/>
      </w:pPr>
      <w:r>
        <w:rPr>
          <w:b/>
          <w:i w:val="0"/>
          <w:color w:val="0A0A0A"/>
          <w:sz w:val="36"/>
        </w:rPr>
        <w:t>Terms &amp; Conditions</w:t>
      </w:r>
    </w:p>
    <w:p>
      <w:pPr>
        <w:jc w:val="center"/>
      </w:pPr>
      <w:r>
        <w:rPr>
          <w:b w:val="0"/>
          <w:i w:val="0"/>
          <w:color w:val="666666"/>
          <w:sz w:val="18"/>
        </w:rPr>
        <w:t>Effective Date: June 11, 2026   |   Website: ilaanparisluxury.com</w:t>
      </w:r>
    </w:p>
    <w:p/>
    <w:p>
      <w:r>
        <w:rPr>
          <w:b w:val="0"/>
          <w:i w:val="0"/>
          <w:color w:val="1A1A1A"/>
          <w:sz w:val="22"/>
        </w:rPr>
        <w:t>Welcome to Ilaan Paris Luxury. By accessing or using our website ilaanparisluxury.com, you agree to be bound by these Terms and Conditions. Please read them carefully before making a purchase or using any services offered on this platform.</w:t>
      </w:r>
    </w:p>
    <w:p/>
    <w:p>
      <w:r>
        <w:rPr>
          <w:b/>
          <w:i w:val="0"/>
          <w:color w:val="C8A03C"/>
          <w:sz w:val="28"/>
        </w:rPr>
        <w:t>1. ACCEPTANCE OF TERMS</w:t>
      </w:r>
    </w:p>
    <w:p>
      <w:r>
        <w:rPr>
          <w:b w:val="0"/>
          <w:i w:val="0"/>
          <w:color w:val="1A1A1A"/>
          <w:sz w:val="22"/>
        </w:rPr>
        <w:t>By browsing, registering an account, or placing an order on ilaanparisluxury.com, you confirm that you are at least 18 years of age and legally capable of entering into binding contracts. If you do not agree with any part of these Terms, you must discontinue use of this website immediately.</w:t>
      </w:r>
    </w:p>
    <w:p/>
    <w:p>
      <w:r>
        <w:rPr>
          <w:b/>
          <w:i w:val="0"/>
          <w:color w:val="C8A03C"/>
          <w:sz w:val="28"/>
        </w:rPr>
        <w:t>2. PRODUCTS &amp; DESCRIPTIONS</w:t>
      </w:r>
    </w:p>
    <w:p>
      <w:r>
        <w:rPr>
          <w:b w:val="0"/>
          <w:i w:val="0"/>
          <w:color w:val="1A1A1A"/>
          <w:sz w:val="22"/>
        </w:rPr>
        <w:t>Ilaan Paris Luxury offers a curated collection of Eau de Parfum and luxury fragrance products. We strive to ensure all product descriptions, images, and pricing information are accurate and up to date. However:</w:t>
      </w:r>
    </w:p>
    <w:p>
      <w:pPr>
        <w:pStyle w:val="ListBullet"/>
      </w:pPr>
      <w:r>
        <w:rPr>
          <w:b w:val="0"/>
          <w:i w:val="0"/>
          <w:color w:val="1A1A1A"/>
          <w:sz w:val="22"/>
        </w:rPr>
        <w:t>Product images are for illustrative purposes and may differ slightly in colour or finish due to screen calibration.</w:t>
      </w:r>
    </w:p>
    <w:p>
      <w:pPr>
        <w:pStyle w:val="ListBullet"/>
      </w:pPr>
      <w:r>
        <w:rPr>
          <w:b w:val="0"/>
          <w:i w:val="0"/>
          <w:color w:val="1A1A1A"/>
          <w:sz w:val="22"/>
        </w:rPr>
        <w:t>Fragrance descriptions (top notes, heart notes, base notes) are representative and may vary based on individual skin chemistry.</w:t>
      </w:r>
    </w:p>
    <w:p>
      <w:pPr>
        <w:pStyle w:val="ListBullet"/>
      </w:pPr>
      <w:r>
        <w:rPr>
          <w:b w:val="0"/>
          <w:i w:val="0"/>
          <w:color w:val="1A1A1A"/>
          <w:sz w:val="22"/>
        </w:rPr>
        <w:t>We reserve the right to modify, discontinue, or limit the availability of any product at any time without prior notice.</w:t>
      </w:r>
    </w:p>
    <w:p/>
    <w:p>
      <w:r>
        <w:rPr>
          <w:b/>
          <w:i w:val="0"/>
          <w:color w:val="C8A03C"/>
          <w:sz w:val="28"/>
        </w:rPr>
        <w:t>3. PRICING &amp; PAYMENT</w:t>
      </w:r>
    </w:p>
    <w:p>
      <w:r>
        <w:rPr>
          <w:b/>
          <w:i w:val="0"/>
          <w:color w:val="1A1A1A"/>
          <w:sz w:val="22"/>
        </w:rPr>
        <w:t>3.1 Pricing</w:t>
      </w:r>
    </w:p>
    <w:p>
      <w:r>
        <w:rPr>
          <w:b w:val="0"/>
          <w:i w:val="0"/>
          <w:color w:val="1A1A1A"/>
          <w:sz w:val="22"/>
        </w:rPr>
        <w:t>All prices listed on ilaanparisluxury.com are inclusive of applicable taxes unless otherwise stated. Prices are subject to change without notice. The price applicable to your order will be the price shown at the time of checkout.</w:t>
      </w:r>
    </w:p>
    <w:p>
      <w:r>
        <w:rPr>
          <w:b/>
          <w:i w:val="0"/>
          <w:color w:val="1A1A1A"/>
          <w:sz w:val="22"/>
        </w:rPr>
        <w:t>3.2 Payment Methods</w:t>
      </w:r>
    </w:p>
    <w:p>
      <w:r>
        <w:rPr>
          <w:b w:val="0"/>
          <w:i w:val="0"/>
          <w:color w:val="1A1A1A"/>
          <w:sz w:val="22"/>
        </w:rPr>
        <w:t>We accept the following payment methods:</w:t>
      </w:r>
    </w:p>
    <w:p>
      <w:pPr>
        <w:pStyle w:val="ListBullet"/>
      </w:pPr>
      <w:r>
        <w:rPr>
          <w:b w:val="0"/>
          <w:i w:val="0"/>
          <w:color w:val="1A1A1A"/>
          <w:sz w:val="22"/>
        </w:rPr>
        <w:t>Credit and Debit Cards (Visa, Mastercard, American Express)</w:t>
      </w:r>
    </w:p>
    <w:p>
      <w:pPr>
        <w:pStyle w:val="ListBullet"/>
      </w:pPr>
      <w:r>
        <w:rPr>
          <w:b w:val="0"/>
          <w:i w:val="0"/>
          <w:color w:val="1A1A1A"/>
          <w:sz w:val="22"/>
        </w:rPr>
        <w:t>UPI / Net Banking (where applicable)</w:t>
      </w:r>
    </w:p>
    <w:p>
      <w:pPr>
        <w:pStyle w:val="ListBullet"/>
      </w:pPr>
      <w:r>
        <w:rPr>
          <w:b w:val="0"/>
          <w:i w:val="0"/>
          <w:color w:val="1A1A1A"/>
          <w:sz w:val="22"/>
        </w:rPr>
        <w:t>Secure third-party payment gateways</w:t>
      </w:r>
    </w:p>
    <w:p>
      <w:r>
        <w:rPr>
          <w:b w:val="0"/>
          <w:i w:val="0"/>
          <w:color w:val="1A1A1A"/>
          <w:sz w:val="22"/>
        </w:rPr>
        <w:t>All payments are processed through encrypted, secure payment systems. Ilaan Paris Luxury does not store your full card details on our servers.</w:t>
      </w:r>
    </w:p>
    <w:p>
      <w:r>
        <w:rPr>
          <w:b/>
          <w:i w:val="0"/>
          <w:color w:val="1A1A1A"/>
          <w:sz w:val="22"/>
        </w:rPr>
        <w:t>3.3 Order Confirmation</w:t>
      </w:r>
    </w:p>
    <w:p>
      <w:r>
        <w:rPr>
          <w:b w:val="0"/>
          <w:i w:val="0"/>
          <w:color w:val="1A1A1A"/>
          <w:sz w:val="22"/>
        </w:rPr>
        <w:t>An order is confirmed only upon receipt of a successful payment notification. You will receive an email confirmation with your order details. We reserve the right to cancel any order in case of pricing errors, suspected fraud, or stock unavailability, with a full refund processed promptly.</w:t>
      </w:r>
    </w:p>
    <w:p/>
    <w:p>
      <w:r>
        <w:rPr>
          <w:b/>
          <w:i w:val="0"/>
          <w:color w:val="C8A03C"/>
          <w:sz w:val="28"/>
        </w:rPr>
        <w:t>4. SHIPPING &amp; DELIVERY</w:t>
      </w:r>
    </w:p>
    <w:p>
      <w:r>
        <w:rPr>
          <w:b/>
          <w:i w:val="0"/>
          <w:color w:val="1A1A1A"/>
          <w:sz w:val="22"/>
        </w:rPr>
        <w:t>4.1 Shipping Policy</w:t>
      </w:r>
    </w:p>
    <w:p>
      <w:r>
        <w:rPr>
          <w:b w:val="0"/>
          <w:i w:val="0"/>
          <w:color w:val="1A1A1A"/>
          <w:sz w:val="22"/>
        </w:rPr>
        <w:t>We ship domestically and internationally. Shipping timelines and charges are displayed at checkout. Estimated delivery windows are:</w:t>
      </w:r>
    </w:p>
    <w:p>
      <w:pPr>
        <w:pStyle w:val="ListBullet"/>
      </w:pPr>
      <w:r>
        <w:rPr>
          <w:b w:val="0"/>
          <w:i w:val="0"/>
          <w:color w:val="1A1A1A"/>
          <w:sz w:val="22"/>
        </w:rPr>
        <w:t>Domestic (India): 3–7 business days</w:t>
      </w:r>
    </w:p>
    <w:p>
      <w:pPr>
        <w:pStyle w:val="ListBullet"/>
      </w:pPr>
      <w:r>
        <w:rPr>
          <w:b w:val="0"/>
          <w:i w:val="0"/>
          <w:color w:val="1A1A1A"/>
          <w:sz w:val="22"/>
        </w:rPr>
        <w:t>International: 7–21 business days depending on destination</w:t>
      </w:r>
    </w:p>
    <w:p>
      <w:r>
        <w:rPr>
          <w:b/>
          <w:i w:val="0"/>
          <w:color w:val="1A1A1A"/>
          <w:sz w:val="22"/>
        </w:rPr>
        <w:t>4.2 Delays</w:t>
      </w:r>
    </w:p>
    <w:p>
      <w:r>
        <w:rPr>
          <w:b w:val="0"/>
          <w:i w:val="0"/>
          <w:color w:val="1A1A1A"/>
          <w:sz w:val="22"/>
        </w:rPr>
        <w:t>Ilaan Paris Luxury is not responsible for delays caused by customs clearance, natural events, public holidays, or courier-related issues beyond our control. Tracking information will be shared via email once your order is dispatched.</w:t>
      </w:r>
    </w:p>
    <w:p>
      <w:r>
        <w:rPr>
          <w:b/>
          <w:i w:val="0"/>
          <w:color w:val="1A1A1A"/>
          <w:sz w:val="22"/>
        </w:rPr>
        <w:t>4.3 Incorrect Address</w:t>
      </w:r>
    </w:p>
    <w:p>
      <w:r>
        <w:rPr>
          <w:b w:val="0"/>
          <w:i w:val="0"/>
          <w:color w:val="1A1A1A"/>
          <w:sz w:val="22"/>
        </w:rPr>
        <w:t>Please ensure your delivery address is accurate at the time of placing the order. Ilaan Paris Luxury will not be liable for failed deliveries or losses resulting from incorrect addresses provided by the customer.</w:t>
      </w:r>
    </w:p>
    <w:p/>
    <w:p>
      <w:r>
        <w:rPr>
          <w:b/>
          <w:i w:val="0"/>
          <w:color w:val="C8A03C"/>
          <w:sz w:val="28"/>
        </w:rPr>
        <w:t>5. INTELLECTUAL PROPERTY</w:t>
      </w:r>
    </w:p>
    <w:p>
      <w:r>
        <w:rPr>
          <w:b w:val="0"/>
          <w:i w:val="0"/>
          <w:color w:val="1A1A1A"/>
          <w:sz w:val="22"/>
        </w:rPr>
        <w:t>All content on ilaanparisluxury.com — including but not limited to the Ilaan Paris logo, product photographs, product names (Bella Flora, Imperial Oud, etc.), packaging designs, website design, copy, and graphics — is the exclusive intellectual property of Ilaan Paris Luxury.</w:t>
      </w:r>
    </w:p>
    <w:p>
      <w:r>
        <w:rPr>
          <w:b w:val="0"/>
          <w:i w:val="0"/>
          <w:color w:val="1A1A1A"/>
          <w:sz w:val="22"/>
        </w:rPr>
        <w:t>You may not reproduce, distribute, modify, or commercially exploit any content from this website without prior written consent from Ilaan Paris Luxury.</w:t>
      </w:r>
    </w:p>
    <w:p/>
    <w:p>
      <w:r>
        <w:rPr>
          <w:b/>
          <w:i w:val="0"/>
          <w:color w:val="C8A03C"/>
          <w:sz w:val="28"/>
        </w:rPr>
        <w:t>6. USER ACCOUNTS</w:t>
      </w:r>
    </w:p>
    <w:p>
      <w:r>
        <w:rPr>
          <w:b w:val="0"/>
          <w:i w:val="0"/>
          <w:color w:val="1A1A1A"/>
          <w:sz w:val="22"/>
        </w:rPr>
        <w:t>If you create an account on ilaanparisluxury.com, you are responsible for:</w:t>
      </w:r>
    </w:p>
    <w:p>
      <w:pPr>
        <w:pStyle w:val="ListBullet"/>
      </w:pPr>
      <w:r>
        <w:rPr>
          <w:b w:val="0"/>
          <w:i w:val="0"/>
          <w:color w:val="1A1A1A"/>
          <w:sz w:val="22"/>
        </w:rPr>
        <w:t>Maintaining the confidentiality of your login credentials</w:t>
      </w:r>
    </w:p>
    <w:p>
      <w:pPr>
        <w:pStyle w:val="ListBullet"/>
      </w:pPr>
      <w:r>
        <w:rPr>
          <w:b w:val="0"/>
          <w:i w:val="0"/>
          <w:color w:val="1A1A1A"/>
          <w:sz w:val="22"/>
        </w:rPr>
        <w:t>All activity that occurs under your account</w:t>
      </w:r>
    </w:p>
    <w:p>
      <w:pPr>
        <w:pStyle w:val="ListBullet"/>
      </w:pPr>
      <w:r>
        <w:rPr>
          <w:b w:val="0"/>
          <w:i w:val="0"/>
          <w:color w:val="1A1A1A"/>
          <w:sz w:val="22"/>
        </w:rPr>
        <w:t>Notifying us immediately of any unauthorized use at hello@ilaanparisluxury.com</w:t>
      </w:r>
    </w:p>
    <w:p>
      <w:r>
        <w:rPr>
          <w:b w:val="0"/>
          <w:i w:val="0"/>
          <w:color w:val="1A1A1A"/>
          <w:sz w:val="22"/>
        </w:rPr>
        <w:t>We reserve the right to suspend or terminate accounts that violate these Terms.</w:t>
      </w:r>
    </w:p>
    <w:p/>
    <w:p>
      <w:r>
        <w:rPr>
          <w:b/>
          <w:i w:val="0"/>
          <w:color w:val="C8A03C"/>
          <w:sz w:val="28"/>
        </w:rPr>
        <w:t>7. PROHIBITED CONDUCT</w:t>
      </w:r>
    </w:p>
    <w:p>
      <w:r>
        <w:rPr>
          <w:b w:val="0"/>
          <w:i w:val="0"/>
          <w:color w:val="1A1A1A"/>
          <w:sz w:val="22"/>
        </w:rPr>
        <w:t>When using our website, you agree not to:</w:t>
      </w:r>
    </w:p>
    <w:p>
      <w:pPr>
        <w:pStyle w:val="ListBullet"/>
      </w:pPr>
      <w:r>
        <w:rPr>
          <w:b w:val="0"/>
          <w:i w:val="0"/>
          <w:color w:val="1A1A1A"/>
          <w:sz w:val="22"/>
        </w:rPr>
        <w:t>Engage in fraudulent transactions or misrepresent your identity</w:t>
      </w:r>
    </w:p>
    <w:p>
      <w:pPr>
        <w:pStyle w:val="ListBullet"/>
      </w:pPr>
      <w:r>
        <w:rPr>
          <w:b w:val="0"/>
          <w:i w:val="0"/>
          <w:color w:val="1A1A1A"/>
          <w:sz w:val="22"/>
        </w:rPr>
        <w:t>Attempt to gain unauthorized access to any part of the website or its servers</w:t>
      </w:r>
    </w:p>
    <w:p>
      <w:pPr>
        <w:pStyle w:val="ListBullet"/>
      </w:pPr>
      <w:r>
        <w:rPr>
          <w:b w:val="0"/>
          <w:i w:val="0"/>
          <w:color w:val="1A1A1A"/>
          <w:sz w:val="22"/>
        </w:rPr>
        <w:t>Use automated tools, bots, or scrapers to access or collect data from this website</w:t>
      </w:r>
    </w:p>
    <w:p>
      <w:pPr>
        <w:pStyle w:val="ListBullet"/>
      </w:pPr>
      <w:r>
        <w:rPr>
          <w:b w:val="0"/>
          <w:i w:val="0"/>
          <w:color w:val="1A1A1A"/>
          <w:sz w:val="22"/>
        </w:rPr>
        <w:t>Post defamatory, abusive, or misleading reviews or content</w:t>
      </w:r>
    </w:p>
    <w:p>
      <w:pPr>
        <w:pStyle w:val="ListBullet"/>
      </w:pPr>
      <w:r>
        <w:rPr>
          <w:b w:val="0"/>
          <w:i w:val="0"/>
          <w:color w:val="1A1A1A"/>
          <w:sz w:val="22"/>
        </w:rPr>
        <w:t>Resell products purchased from Ilaan Paris Luxury without authorization</w:t>
      </w:r>
    </w:p>
    <w:p/>
    <w:p>
      <w:r>
        <w:rPr>
          <w:b/>
          <w:i w:val="0"/>
          <w:color w:val="C8A03C"/>
          <w:sz w:val="28"/>
        </w:rPr>
        <w:t>8. DISCLAIMER OF WARRANTIES</w:t>
      </w:r>
    </w:p>
    <w:p>
      <w:r>
        <w:rPr>
          <w:b w:val="0"/>
          <w:i w:val="0"/>
          <w:color w:val="1A1A1A"/>
          <w:sz w:val="22"/>
        </w:rPr>
        <w:t>Our products and website are provided on an 'as is' and 'as available' basis. Ilaan Paris Luxury makes no warranties, expressed or implied, including but not limited to warranties of merchantability, fitness for a particular purpose, or non-infringement. We do not guarantee that:</w:t>
      </w:r>
    </w:p>
    <w:p>
      <w:pPr>
        <w:pStyle w:val="ListBullet"/>
      </w:pPr>
      <w:r>
        <w:rPr>
          <w:b w:val="0"/>
          <w:i w:val="0"/>
          <w:color w:val="1A1A1A"/>
          <w:sz w:val="22"/>
        </w:rPr>
        <w:t>The website will be error-free or uninterrupted</w:t>
      </w:r>
    </w:p>
    <w:p>
      <w:pPr>
        <w:pStyle w:val="ListBullet"/>
      </w:pPr>
      <w:r>
        <w:rPr>
          <w:b w:val="0"/>
          <w:i w:val="0"/>
          <w:color w:val="1A1A1A"/>
          <w:sz w:val="22"/>
        </w:rPr>
        <w:t>Any defects will be corrected</w:t>
      </w:r>
    </w:p>
    <w:p>
      <w:pPr>
        <w:pStyle w:val="ListBullet"/>
      </w:pPr>
      <w:r>
        <w:rPr>
          <w:b w:val="0"/>
          <w:i w:val="0"/>
          <w:color w:val="1A1A1A"/>
          <w:sz w:val="22"/>
        </w:rPr>
        <w:t>The site or its servers are free of viruses or harmful components</w:t>
      </w:r>
    </w:p>
    <w:p/>
    <w:p>
      <w:r>
        <w:rPr>
          <w:b/>
          <w:i w:val="0"/>
          <w:color w:val="C8A03C"/>
          <w:sz w:val="28"/>
        </w:rPr>
        <w:t>9. LIMITATION OF LIABILITY</w:t>
      </w:r>
    </w:p>
    <w:p>
      <w:r>
        <w:rPr>
          <w:b w:val="0"/>
          <w:i w:val="0"/>
          <w:color w:val="1A1A1A"/>
          <w:sz w:val="22"/>
        </w:rPr>
        <w:t>To the fullest extent permitted by applicable law, Ilaan Paris Luxury, its directors, employees, and affiliates shall not be liable for any indirect, incidental, special, or consequential damages arising from your use of our products or website, including loss of profits, data, or goodwill.</w:t>
      </w:r>
    </w:p>
    <w:p>
      <w:r>
        <w:rPr>
          <w:b w:val="0"/>
          <w:i w:val="0"/>
          <w:color w:val="1A1A1A"/>
          <w:sz w:val="22"/>
        </w:rPr>
        <w:t>Our total liability in connection with any order shall not exceed the amount paid by you for that specific order.</w:t>
      </w:r>
    </w:p>
    <w:p/>
    <w:p>
      <w:r>
        <w:rPr>
          <w:b/>
          <w:i w:val="0"/>
          <w:color w:val="C8A03C"/>
          <w:sz w:val="28"/>
        </w:rPr>
        <w:t>10. GOVERNING LAW</w:t>
      </w:r>
    </w:p>
    <w:p>
      <w:r>
        <w:rPr>
          <w:b w:val="0"/>
          <w:i w:val="0"/>
          <w:color w:val="1A1A1A"/>
          <w:sz w:val="22"/>
        </w:rPr>
        <w:t>These Terms and Conditions shall be governed by and construed in accordance with the laws of India. Any disputes arising from these Terms shall be subject to the exclusive jurisdiction of the courts located in Vadodara, India.</w:t>
      </w:r>
    </w:p>
    <w:p/>
    <w:p>
      <w:r>
        <w:rPr>
          <w:b/>
          <w:i w:val="0"/>
          <w:color w:val="C8A03C"/>
          <w:sz w:val="28"/>
        </w:rPr>
        <w:t>11. CHANGES TO TERMS</w:t>
      </w:r>
    </w:p>
    <w:p>
      <w:r>
        <w:rPr>
          <w:b w:val="0"/>
          <w:i w:val="0"/>
          <w:color w:val="1A1A1A"/>
          <w:sz w:val="22"/>
        </w:rPr>
        <w:t>Ilaan Paris Luxury reserves the right to update or modify these Terms and Conditions at any time. Changes will be posted on this page with an updated effective date. Your continued use of the website after changes are posted constitutes your acceptance of the revised Terms.</w:t>
      </w:r>
    </w:p>
    <w:p/>
    <w:p>
      <w:r>
        <w:rPr>
          <w:b/>
          <w:i w:val="0"/>
          <w:color w:val="C8A03C"/>
          <w:sz w:val="28"/>
        </w:rPr>
        <w:t>12. CONTACT US</w:t>
      </w:r>
    </w:p>
    <w:p>
      <w:r>
        <w:rPr>
          <w:b w:val="0"/>
          <w:i w:val="0"/>
          <w:color w:val="1A1A1A"/>
          <w:sz w:val="22"/>
        </w:rPr>
        <w:t>If you have any questions regarding these Terms and Conditions, please reach out to us:</w:t>
      </w:r>
    </w:p>
    <w:p/>
    <w:p>
      <w:r>
        <w:rPr>
          <w:b/>
          <w:i w:val="0"/>
          <w:color w:val="1A1A1A"/>
          <w:sz w:val="22"/>
        </w:rPr>
        <w:t xml:space="preserve">Company: </w:t>
      </w:r>
      <w:r>
        <w:rPr>
          <w:b w:val="0"/>
          <w:i w:val="0"/>
          <w:color w:val="1A1A1A"/>
          <w:sz w:val="22"/>
        </w:rPr>
        <w:t>Ilaan Paris Luxury</w:t>
      </w:r>
    </w:p>
    <w:p>
      <w:r>
        <w:rPr>
          <w:b/>
          <w:i w:val="0"/>
          <w:color w:val="1A1A1A"/>
          <w:sz w:val="22"/>
        </w:rPr>
        <w:t xml:space="preserve">Address: </w:t>
      </w:r>
      <w:r>
        <w:rPr>
          <w:b w:val="0"/>
          <w:i w:val="0"/>
          <w:color w:val="1A1A1A"/>
          <w:sz w:val="22"/>
        </w:rPr>
        <w:t>10th Vadodara, Gujarat, India</w:t>
      </w:r>
    </w:p>
    <w:p>
      <w:r>
        <w:rPr>
          <w:b/>
          <w:i w:val="0"/>
          <w:color w:val="1A1A1A"/>
          <w:sz w:val="22"/>
        </w:rPr>
        <w:t xml:space="preserve">Website: </w:t>
      </w:r>
      <w:r>
        <w:rPr>
          <w:b w:val="0"/>
          <w:i w:val="0"/>
          <w:color w:val="1A1A1A"/>
          <w:sz w:val="22"/>
        </w:rPr>
        <w:t>ilaanparisluxury.com</w:t>
      </w:r>
    </w:p>
    <w:p>
      <w:r>
        <w:rPr>
          <w:b/>
          <w:i w:val="0"/>
          <w:color w:val="1A1A1A"/>
          <w:sz w:val="22"/>
        </w:rPr>
        <w:t xml:space="preserve">Email: </w:t>
      </w:r>
      <w:r>
        <w:rPr>
          <w:b w:val="0"/>
          <w:i w:val="0"/>
          <w:color w:val="1A1A1A"/>
          <w:sz w:val="22"/>
        </w:rPr>
        <w:t>hello@ilaanparisluxury.com</w:t>
      </w:r>
    </w:p>
    <w:p>
      <w:r>
        <w:rPr>
          <w:b/>
          <w:i w:val="0"/>
          <w:color w:val="1A1A1A"/>
          <w:sz w:val="22"/>
        </w:rPr>
        <w:t xml:space="preserve">Phone: </w:t>
      </w:r>
      <w:r>
        <w:rPr>
          <w:b w:val="0"/>
          <w:i w:val="0"/>
          <w:color w:val="1A1A1A"/>
          <w:sz w:val="22"/>
        </w:rPr>
        <w:t>+91-8780034395</w:t>
      </w:r>
    </w:p>
    <w:sectPr w:rsidR="00FC693F" w:rsidRPr="0006063C" w:rsidSect="00034616">
      <w:pgSz w:w="12240" w:h="15840"/>
      <w:pgMar w:top="1440" w:right="1728" w:bottom="1440"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